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76F28" w14:textId="77777777" w:rsidR="00854B54" w:rsidRDefault="00000000">
      <w:pPr>
        <w:pStyle w:val="aa"/>
        <w:jc w:val="center"/>
      </w:pPr>
      <w:r>
        <w:t>РЕКЛАМНИЙ ТУР ALF TOUR OPERATOR</w:t>
      </w:r>
    </w:p>
    <w:p w14:paraId="5BC04FA2" w14:textId="77777777" w:rsidR="00854B54" w:rsidRDefault="00000000">
      <w:pPr>
        <w:jc w:val="center"/>
      </w:pPr>
      <w:r>
        <w:rPr>
          <w:b/>
          <w:color w:val="A67E3A"/>
          <w:sz w:val="32"/>
        </w:rPr>
        <w:t>ЛЕВІ, ЛАПЛАНДІЯ — ЛИСТОПАД 2026</w:t>
      </w:r>
    </w:p>
    <w:p w14:paraId="7BBBEEA9" w14:textId="77777777" w:rsidR="00854B54" w:rsidRPr="004145D6" w:rsidRDefault="00000000">
      <w:pPr>
        <w:jc w:val="center"/>
        <w:rPr>
          <w:lang w:val="ru-RU"/>
        </w:rPr>
      </w:pPr>
      <w:r w:rsidRPr="004145D6">
        <w:rPr>
          <w:b/>
          <w:lang w:val="ru-RU"/>
        </w:rPr>
        <w:t xml:space="preserve">22.11–26.11.2026 | 5 </w:t>
      </w:r>
      <w:proofErr w:type="spellStart"/>
      <w:r w:rsidRPr="004145D6">
        <w:rPr>
          <w:b/>
          <w:lang w:val="ru-RU"/>
        </w:rPr>
        <w:t>днів</w:t>
      </w:r>
      <w:proofErr w:type="spellEnd"/>
      <w:r w:rsidRPr="004145D6">
        <w:rPr>
          <w:b/>
          <w:lang w:val="ru-RU"/>
        </w:rPr>
        <w:t xml:space="preserve"> / 4 </w:t>
      </w:r>
      <w:proofErr w:type="spellStart"/>
      <w:r w:rsidRPr="004145D6">
        <w:rPr>
          <w:b/>
          <w:lang w:val="ru-RU"/>
        </w:rPr>
        <w:t>ночі</w:t>
      </w:r>
      <w:proofErr w:type="spellEnd"/>
    </w:p>
    <w:p w14:paraId="73BFD06A" w14:textId="77777777" w:rsidR="00854B54" w:rsidRPr="004145D6" w:rsidRDefault="00000000">
      <w:pPr>
        <w:spacing w:after="100"/>
        <w:rPr>
          <w:lang w:val="ru-RU"/>
        </w:rPr>
      </w:pP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найбільший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туристичний</w:t>
      </w:r>
      <w:proofErr w:type="spellEnd"/>
      <w:r w:rsidRPr="004145D6">
        <w:rPr>
          <w:lang w:val="ru-RU"/>
        </w:rPr>
        <w:t xml:space="preserve"> курорт </w:t>
      </w:r>
      <w:proofErr w:type="spellStart"/>
      <w:r w:rsidRPr="004145D6">
        <w:rPr>
          <w:lang w:val="ru-RU"/>
        </w:rPr>
        <w:t>Фінляндії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розташований</w:t>
      </w:r>
      <w:proofErr w:type="spellEnd"/>
      <w:r w:rsidRPr="004145D6">
        <w:rPr>
          <w:lang w:val="ru-RU"/>
        </w:rPr>
        <w:t xml:space="preserve"> у </w:t>
      </w:r>
      <w:proofErr w:type="spellStart"/>
      <w:r w:rsidRPr="004145D6">
        <w:rPr>
          <w:lang w:val="ru-RU"/>
        </w:rPr>
        <w:t>Лапландії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приблизно</w:t>
      </w:r>
      <w:proofErr w:type="spellEnd"/>
      <w:r w:rsidRPr="004145D6">
        <w:rPr>
          <w:lang w:val="ru-RU"/>
        </w:rPr>
        <w:t xml:space="preserve"> за 170 км на </w:t>
      </w:r>
      <w:proofErr w:type="spellStart"/>
      <w:r w:rsidRPr="004145D6">
        <w:rPr>
          <w:lang w:val="ru-RU"/>
        </w:rPr>
        <w:t>північ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від</w:t>
      </w:r>
      <w:proofErr w:type="spellEnd"/>
      <w:r w:rsidRPr="004145D6">
        <w:rPr>
          <w:lang w:val="ru-RU"/>
        </w:rPr>
        <w:t xml:space="preserve"> Полярного кола та </w:t>
      </w:r>
      <w:proofErr w:type="spellStart"/>
      <w:r w:rsidRPr="004145D6">
        <w:rPr>
          <w:lang w:val="ru-RU"/>
        </w:rPr>
        <w:t>Рованіємі</w:t>
      </w:r>
      <w:proofErr w:type="spellEnd"/>
      <w:r w:rsidRPr="004145D6">
        <w:rPr>
          <w:lang w:val="ru-RU"/>
        </w:rPr>
        <w:t xml:space="preserve">. Курорт </w:t>
      </w:r>
      <w:proofErr w:type="spellStart"/>
      <w:r w:rsidRPr="004145D6">
        <w:rPr>
          <w:lang w:val="ru-RU"/>
        </w:rPr>
        <w:t>пропонує</w:t>
      </w:r>
      <w:proofErr w:type="spellEnd"/>
      <w:r w:rsidRPr="004145D6">
        <w:rPr>
          <w:lang w:val="ru-RU"/>
        </w:rPr>
        <w:t xml:space="preserve"> великий </w:t>
      </w:r>
      <w:proofErr w:type="spellStart"/>
      <w:r w:rsidRPr="004145D6">
        <w:rPr>
          <w:lang w:val="ru-RU"/>
        </w:rPr>
        <w:t>вибір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розваг</w:t>
      </w:r>
      <w:proofErr w:type="spellEnd"/>
      <w:r w:rsidRPr="004145D6">
        <w:rPr>
          <w:lang w:val="ru-RU"/>
        </w:rPr>
        <w:t xml:space="preserve"> та активностей </w:t>
      </w:r>
      <w:proofErr w:type="spellStart"/>
      <w:r w:rsidRPr="004145D6">
        <w:rPr>
          <w:lang w:val="ru-RU"/>
        </w:rPr>
        <w:t>протягом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усього</w:t>
      </w:r>
      <w:proofErr w:type="spellEnd"/>
      <w:r w:rsidRPr="004145D6">
        <w:rPr>
          <w:lang w:val="ru-RU"/>
        </w:rPr>
        <w:t xml:space="preserve"> року.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досить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компактний</w:t>
      </w:r>
      <w:proofErr w:type="spellEnd"/>
      <w:r w:rsidRPr="004145D6">
        <w:rPr>
          <w:lang w:val="ru-RU"/>
        </w:rPr>
        <w:t xml:space="preserve">: </w:t>
      </w:r>
      <w:proofErr w:type="spellStart"/>
      <w:r w:rsidRPr="004145D6">
        <w:rPr>
          <w:lang w:val="ru-RU"/>
        </w:rPr>
        <w:t>основні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туристичні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послуги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інфраструктура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знаходяться</w:t>
      </w:r>
      <w:proofErr w:type="spellEnd"/>
      <w:r w:rsidRPr="004145D6">
        <w:rPr>
          <w:lang w:val="ru-RU"/>
        </w:rPr>
        <w:t xml:space="preserve"> в </w:t>
      </w:r>
      <w:proofErr w:type="spellStart"/>
      <w:r w:rsidRPr="004145D6">
        <w:rPr>
          <w:lang w:val="ru-RU"/>
        </w:rPr>
        <w:t>пішій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доступності</w:t>
      </w:r>
      <w:proofErr w:type="spellEnd"/>
      <w:r w:rsidRPr="004145D6">
        <w:rPr>
          <w:lang w:val="ru-RU"/>
        </w:rPr>
        <w:t>.</w:t>
      </w:r>
    </w:p>
    <w:p w14:paraId="20AB58A3" w14:textId="77777777" w:rsidR="00854B54" w:rsidRDefault="00000000">
      <w:pPr>
        <w:pStyle w:val="1"/>
      </w:pPr>
      <w:r>
        <w:t>22.11 — НЕДІЛЯ. ПРИБУТТЯ</w:t>
      </w:r>
    </w:p>
    <w:p w14:paraId="68742EDE" w14:textId="77777777" w:rsidR="00854B54" w:rsidRDefault="00000000">
      <w:pPr>
        <w:pStyle w:val="a0"/>
        <w:spacing w:after="40"/>
      </w:pPr>
      <w:r>
        <w:t>Прибуття до Леві.</w:t>
      </w:r>
    </w:p>
    <w:p w14:paraId="4C36E9B1" w14:textId="77777777" w:rsidR="00854B54" w:rsidRPr="004145D6" w:rsidRDefault="00000000">
      <w:pPr>
        <w:pStyle w:val="a0"/>
        <w:spacing w:after="40"/>
        <w:rPr>
          <w:lang w:val="ru-RU"/>
        </w:rPr>
      </w:pPr>
      <w:proofErr w:type="spellStart"/>
      <w:r w:rsidRPr="004145D6">
        <w:rPr>
          <w:lang w:val="ru-RU"/>
        </w:rPr>
        <w:t>Зустріч</w:t>
      </w:r>
      <w:proofErr w:type="spellEnd"/>
      <w:r w:rsidRPr="004145D6">
        <w:rPr>
          <w:lang w:val="ru-RU"/>
        </w:rPr>
        <w:t xml:space="preserve"> групи </w:t>
      </w:r>
      <w:proofErr w:type="spellStart"/>
      <w:r w:rsidRPr="004145D6">
        <w:rPr>
          <w:lang w:val="ru-RU"/>
        </w:rPr>
        <w:t>представником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приймаючої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сторони</w:t>
      </w:r>
      <w:proofErr w:type="spellEnd"/>
      <w:r w:rsidRPr="004145D6">
        <w:rPr>
          <w:lang w:val="ru-RU"/>
        </w:rPr>
        <w:t xml:space="preserve"> в </w:t>
      </w:r>
      <w:proofErr w:type="spellStart"/>
      <w:r w:rsidRPr="004145D6">
        <w:rPr>
          <w:lang w:val="ru-RU"/>
        </w:rPr>
        <w:t>аеропорту</w:t>
      </w:r>
      <w:proofErr w:type="spellEnd"/>
      <w:r w:rsidRPr="004145D6">
        <w:rPr>
          <w:lang w:val="ru-RU"/>
        </w:rPr>
        <w:t>.</w:t>
      </w:r>
    </w:p>
    <w:p w14:paraId="71B00C7B" w14:textId="77777777" w:rsidR="00854B54" w:rsidRDefault="00000000">
      <w:pPr>
        <w:pStyle w:val="a0"/>
        <w:spacing w:after="40"/>
      </w:pPr>
      <w:proofErr w:type="spellStart"/>
      <w:r>
        <w:t>Трансфер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готелю</w:t>
      </w:r>
      <w:proofErr w:type="spellEnd"/>
      <w:r>
        <w:t>.</w:t>
      </w:r>
    </w:p>
    <w:p w14:paraId="09DBBB14" w14:textId="77777777" w:rsidR="00854B54" w:rsidRDefault="00000000">
      <w:pPr>
        <w:pStyle w:val="a0"/>
        <w:spacing w:after="40"/>
      </w:pPr>
      <w:r>
        <w:t>Заселення в Hotel Levi Panorama.</w:t>
      </w:r>
    </w:p>
    <w:p w14:paraId="4DA4B36D" w14:textId="77777777" w:rsidR="00854B54" w:rsidRDefault="00000000">
      <w:pPr>
        <w:pStyle w:val="a0"/>
        <w:spacing w:after="40"/>
      </w:pPr>
      <w:r>
        <w:t>Вечеря в готелі.</w:t>
      </w:r>
    </w:p>
    <w:p w14:paraId="4284292D" w14:textId="77777777" w:rsidR="00854B54" w:rsidRDefault="00000000">
      <w:pPr>
        <w:pStyle w:val="a0"/>
        <w:spacing w:after="40"/>
      </w:pPr>
      <w:r>
        <w:t>Ночівля в Hotel Levi Panorama.</w:t>
      </w:r>
    </w:p>
    <w:p w14:paraId="632C6F40" w14:textId="77777777" w:rsidR="00854B54" w:rsidRDefault="00000000">
      <w:pPr>
        <w:pStyle w:val="1"/>
      </w:pPr>
      <w:r>
        <w:t>23.11 — ПОНЕДІЛОК. ДЕНЬ 1</w:t>
      </w:r>
    </w:p>
    <w:p w14:paraId="3AB4C42A" w14:textId="77777777" w:rsidR="00854B54" w:rsidRDefault="00000000">
      <w:pPr>
        <w:spacing w:after="100"/>
      </w:pPr>
      <w:r>
        <w:rPr>
          <w:b/>
        </w:rPr>
        <w:t>08:00</w:t>
      </w:r>
      <w:r>
        <w:t xml:space="preserve"> — сніданок.</w:t>
      </w:r>
    </w:p>
    <w:p w14:paraId="43D657E6" w14:textId="77777777" w:rsidR="00854B54" w:rsidRDefault="00000000">
      <w:pPr>
        <w:spacing w:after="100"/>
      </w:pPr>
      <w:r>
        <w:rPr>
          <w:b/>
        </w:rPr>
        <w:t>09:30</w:t>
      </w:r>
      <w:r>
        <w:t xml:space="preserve"> — інспекція Hotel Levi Panorama &amp; Event Centre Levi Summit.</w:t>
      </w:r>
    </w:p>
    <w:p w14:paraId="10F6E7D4" w14:textId="77777777" w:rsidR="00854B54" w:rsidRPr="004145D6" w:rsidRDefault="00000000">
      <w:pPr>
        <w:spacing w:after="100"/>
        <w:rPr>
          <w:lang w:val="ru-RU"/>
        </w:rPr>
      </w:pPr>
      <w:r>
        <w:t>Levi</w:t>
      </w:r>
      <w:r w:rsidRPr="004145D6">
        <w:rPr>
          <w:lang w:val="ru-RU"/>
        </w:rPr>
        <w:t xml:space="preserve"> </w:t>
      </w:r>
      <w:r>
        <w:t>Panorama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стильний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готель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розташований</w:t>
      </w:r>
      <w:proofErr w:type="spellEnd"/>
      <w:r w:rsidRPr="004145D6">
        <w:rPr>
          <w:lang w:val="ru-RU"/>
        </w:rPr>
        <w:t xml:space="preserve"> на </w:t>
      </w:r>
      <w:proofErr w:type="spellStart"/>
      <w:r w:rsidRPr="004145D6">
        <w:rPr>
          <w:lang w:val="ru-RU"/>
        </w:rPr>
        <w:t>вершині</w:t>
      </w:r>
      <w:proofErr w:type="spellEnd"/>
      <w:r w:rsidRPr="004145D6">
        <w:rPr>
          <w:lang w:val="ru-RU"/>
        </w:rPr>
        <w:t xml:space="preserve"> сопки з </w:t>
      </w:r>
      <w:proofErr w:type="spellStart"/>
      <w:r w:rsidRPr="004145D6">
        <w:rPr>
          <w:lang w:val="ru-RU"/>
        </w:rPr>
        <w:t>панорамним</w:t>
      </w:r>
      <w:proofErr w:type="spellEnd"/>
      <w:r w:rsidRPr="004145D6">
        <w:rPr>
          <w:lang w:val="ru-RU"/>
        </w:rPr>
        <w:t xml:space="preserve"> видом на курорт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 xml:space="preserve">. У </w:t>
      </w:r>
      <w:proofErr w:type="spellStart"/>
      <w:r w:rsidRPr="004145D6">
        <w:rPr>
          <w:lang w:val="ru-RU"/>
        </w:rPr>
        <w:t>готелі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представлені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номери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люкси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апартаменти</w:t>
      </w:r>
      <w:proofErr w:type="spellEnd"/>
      <w:r w:rsidRPr="004145D6">
        <w:rPr>
          <w:lang w:val="ru-RU"/>
        </w:rPr>
        <w:t xml:space="preserve">. Також тут </w:t>
      </w:r>
      <w:proofErr w:type="spellStart"/>
      <w:r w:rsidRPr="004145D6">
        <w:rPr>
          <w:lang w:val="ru-RU"/>
        </w:rPr>
        <w:t>знаходиться</w:t>
      </w:r>
      <w:proofErr w:type="spellEnd"/>
      <w:r w:rsidRPr="004145D6">
        <w:rPr>
          <w:lang w:val="ru-RU"/>
        </w:rPr>
        <w:t xml:space="preserve"> </w:t>
      </w:r>
      <w:r>
        <w:t>event</w:t>
      </w:r>
      <w:r w:rsidRPr="004145D6">
        <w:rPr>
          <w:lang w:val="ru-RU"/>
        </w:rPr>
        <w:t xml:space="preserve">-центр </w:t>
      </w:r>
      <w:proofErr w:type="spellStart"/>
      <w:r w:rsidRPr="004145D6">
        <w:rPr>
          <w:lang w:val="ru-RU"/>
        </w:rPr>
        <w:t>із</w:t>
      </w:r>
      <w:proofErr w:type="spellEnd"/>
      <w:r w:rsidRPr="004145D6">
        <w:rPr>
          <w:lang w:val="ru-RU"/>
        </w:rPr>
        <w:t xml:space="preserve"> конференц-залами, </w:t>
      </w:r>
      <w:proofErr w:type="spellStart"/>
      <w:r w:rsidRPr="004145D6">
        <w:rPr>
          <w:lang w:val="ru-RU"/>
        </w:rPr>
        <w:t>аудиторією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експозицією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присвяченою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культурі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саамів</w:t>
      </w:r>
      <w:proofErr w:type="spellEnd"/>
      <w:r w:rsidRPr="004145D6">
        <w:rPr>
          <w:lang w:val="ru-RU"/>
        </w:rPr>
        <w:t>.</w:t>
      </w:r>
    </w:p>
    <w:p w14:paraId="6B285840" w14:textId="77777777" w:rsidR="00854B54" w:rsidRDefault="00000000">
      <w:pPr>
        <w:pStyle w:val="a0"/>
        <w:spacing w:after="40"/>
      </w:pPr>
      <w:proofErr w:type="spellStart"/>
      <w:r>
        <w:t>Виселення</w:t>
      </w:r>
      <w:proofErr w:type="spellEnd"/>
      <w:r>
        <w:t xml:space="preserve"> з Hotel Levi Panorama.</w:t>
      </w:r>
    </w:p>
    <w:p w14:paraId="05CE7DD9" w14:textId="77777777" w:rsidR="00854B54" w:rsidRDefault="00000000">
      <w:pPr>
        <w:pStyle w:val="a0"/>
        <w:spacing w:after="40"/>
      </w:pPr>
      <w:r>
        <w:t>Трансфер до центру Леві.</w:t>
      </w:r>
    </w:p>
    <w:p w14:paraId="5DBEA534" w14:textId="77777777" w:rsidR="00854B54" w:rsidRDefault="00000000">
      <w:pPr>
        <w:pStyle w:val="a0"/>
        <w:spacing w:after="40"/>
      </w:pPr>
      <w:r>
        <w:t>Інспекція Hotel K5 Levi &amp; K5 Villas.</w:t>
      </w:r>
    </w:p>
    <w:p w14:paraId="75D49EA5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11:30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обід</w:t>
      </w:r>
      <w:proofErr w:type="spellEnd"/>
      <w:r w:rsidRPr="004145D6">
        <w:rPr>
          <w:lang w:val="ru-RU"/>
        </w:rPr>
        <w:t>.</w:t>
      </w:r>
    </w:p>
    <w:p w14:paraId="78D70936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lang w:val="ru-RU"/>
        </w:rPr>
        <w:t xml:space="preserve">У </w:t>
      </w:r>
      <w:proofErr w:type="spellStart"/>
      <w:r w:rsidRPr="004145D6">
        <w:rPr>
          <w:lang w:val="ru-RU"/>
        </w:rPr>
        <w:t>другій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половині</w:t>
      </w:r>
      <w:proofErr w:type="spellEnd"/>
      <w:r w:rsidRPr="004145D6">
        <w:rPr>
          <w:lang w:val="ru-RU"/>
        </w:rPr>
        <w:t xml:space="preserve"> дня — </w:t>
      </w:r>
      <w:proofErr w:type="spellStart"/>
      <w:r w:rsidRPr="004145D6">
        <w:rPr>
          <w:lang w:val="ru-RU"/>
        </w:rPr>
        <w:t>інспекції</w:t>
      </w:r>
      <w:proofErr w:type="spellEnd"/>
      <w:r w:rsidRPr="004145D6">
        <w:rPr>
          <w:lang w:val="ru-RU"/>
        </w:rPr>
        <w:t>:</w:t>
      </w:r>
    </w:p>
    <w:p w14:paraId="6C8964C2" w14:textId="77777777" w:rsidR="00854B54" w:rsidRDefault="00000000">
      <w:pPr>
        <w:pStyle w:val="a0"/>
        <w:spacing w:after="40"/>
      </w:pPr>
      <w:r>
        <w:t>Design Hotel Levi;</w:t>
      </w:r>
    </w:p>
    <w:p w14:paraId="6DEB6853" w14:textId="77777777" w:rsidR="00854B54" w:rsidRDefault="00000000">
      <w:pPr>
        <w:pStyle w:val="a0"/>
        <w:spacing w:after="40"/>
      </w:pPr>
      <w:r>
        <w:t>Break Sokos Hotel Levi;</w:t>
      </w:r>
    </w:p>
    <w:p w14:paraId="7B0E301C" w14:textId="77777777" w:rsidR="00854B54" w:rsidRDefault="00000000">
      <w:pPr>
        <w:pStyle w:val="a0"/>
        <w:spacing w:after="40"/>
      </w:pPr>
      <w:r>
        <w:t>апартаментів у центрі курорту.</w:t>
      </w:r>
    </w:p>
    <w:p w14:paraId="6A589B07" w14:textId="77777777" w:rsidR="00854B54" w:rsidRDefault="00000000">
      <w:pPr>
        <w:spacing w:after="100"/>
      </w:pPr>
      <w:r>
        <w:rPr>
          <w:b/>
        </w:rPr>
        <w:t>16:00</w:t>
      </w:r>
      <w:r>
        <w:t xml:space="preserve"> — трансфер до Northern Lights Village, заселення та інспекція курорту.</w:t>
      </w:r>
    </w:p>
    <w:p w14:paraId="64405B4B" w14:textId="77777777" w:rsidR="00854B54" w:rsidRPr="004145D6" w:rsidRDefault="00000000">
      <w:pPr>
        <w:spacing w:after="100"/>
        <w:rPr>
          <w:lang w:val="ru-RU"/>
        </w:rPr>
      </w:pPr>
      <w:r>
        <w:t xml:space="preserve">Northern Lights Village — комплекс з іглу, розташований приблизно за 20 хвилин їзди від центру Леві. </w:t>
      </w:r>
      <w:proofErr w:type="spellStart"/>
      <w:r w:rsidRPr="004145D6">
        <w:rPr>
          <w:lang w:val="ru-RU"/>
        </w:rPr>
        <w:t>Це</w:t>
      </w:r>
      <w:proofErr w:type="spellEnd"/>
      <w:r w:rsidRPr="004145D6">
        <w:rPr>
          <w:lang w:val="ru-RU"/>
        </w:rPr>
        <w:t xml:space="preserve"> один </w:t>
      </w:r>
      <w:proofErr w:type="spellStart"/>
      <w:r w:rsidRPr="004145D6">
        <w:rPr>
          <w:lang w:val="ru-RU"/>
        </w:rPr>
        <w:t>із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найбільших</w:t>
      </w:r>
      <w:proofErr w:type="spellEnd"/>
      <w:r w:rsidRPr="004145D6">
        <w:rPr>
          <w:lang w:val="ru-RU"/>
        </w:rPr>
        <w:t xml:space="preserve"> </w:t>
      </w:r>
      <w:r>
        <w:t>igloo</w:t>
      </w:r>
      <w:r w:rsidRPr="004145D6">
        <w:rPr>
          <w:lang w:val="ru-RU"/>
        </w:rPr>
        <w:t>-</w:t>
      </w:r>
      <w:r>
        <w:t>resort</w:t>
      </w:r>
      <w:r w:rsidRPr="004145D6">
        <w:rPr>
          <w:lang w:val="ru-RU"/>
        </w:rPr>
        <w:t xml:space="preserve"> у </w:t>
      </w:r>
      <w:proofErr w:type="spellStart"/>
      <w:r w:rsidRPr="004145D6">
        <w:rPr>
          <w:lang w:val="ru-RU"/>
        </w:rPr>
        <w:t>регіоні</w:t>
      </w:r>
      <w:proofErr w:type="spellEnd"/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близько</w:t>
      </w:r>
      <w:proofErr w:type="spellEnd"/>
      <w:r w:rsidRPr="004145D6">
        <w:rPr>
          <w:lang w:val="ru-RU"/>
        </w:rPr>
        <w:t xml:space="preserve"> 100 </w:t>
      </w:r>
      <w:proofErr w:type="spellStart"/>
      <w:r w:rsidRPr="004145D6">
        <w:rPr>
          <w:lang w:val="ru-RU"/>
        </w:rPr>
        <w:t>об'єктів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розміщення</w:t>
      </w:r>
      <w:proofErr w:type="spellEnd"/>
      <w:r w:rsidRPr="004145D6">
        <w:rPr>
          <w:lang w:val="ru-RU"/>
        </w:rPr>
        <w:t xml:space="preserve">, ресторан та </w:t>
      </w:r>
      <w:proofErr w:type="spellStart"/>
      <w:r w:rsidRPr="004145D6">
        <w:rPr>
          <w:lang w:val="ru-RU"/>
        </w:rPr>
        <w:t>власна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програма</w:t>
      </w:r>
      <w:proofErr w:type="spellEnd"/>
      <w:r w:rsidRPr="004145D6">
        <w:rPr>
          <w:lang w:val="ru-RU"/>
        </w:rPr>
        <w:t xml:space="preserve"> активностей.</w:t>
      </w:r>
    </w:p>
    <w:p w14:paraId="13FB40D6" w14:textId="77777777" w:rsidR="00854B54" w:rsidRDefault="00000000">
      <w:pPr>
        <w:spacing w:after="100"/>
      </w:pPr>
      <w:r>
        <w:rPr>
          <w:b/>
        </w:rPr>
        <w:t>19:00</w:t>
      </w:r>
      <w:r>
        <w:t xml:space="preserve"> — </w:t>
      </w:r>
      <w:proofErr w:type="spellStart"/>
      <w:r>
        <w:t>вечеря</w:t>
      </w:r>
      <w:proofErr w:type="spellEnd"/>
      <w:r>
        <w:t xml:space="preserve"> в Northern Lights Village.</w:t>
      </w:r>
    </w:p>
    <w:p w14:paraId="28F31D7F" w14:textId="77777777" w:rsidR="00854B54" w:rsidRDefault="00000000">
      <w:pPr>
        <w:spacing w:after="100"/>
      </w:pPr>
      <w:r>
        <w:t>Ночівля в Northern Lights Village.</w:t>
      </w:r>
    </w:p>
    <w:p w14:paraId="11BF5D1E" w14:textId="77777777" w:rsidR="00854B54" w:rsidRDefault="00000000">
      <w:pPr>
        <w:pStyle w:val="1"/>
      </w:pPr>
      <w:r>
        <w:lastRenderedPageBreak/>
        <w:t>24.11 — ВІВТОРОК. ДЕНЬ 2</w:t>
      </w:r>
    </w:p>
    <w:p w14:paraId="7564026A" w14:textId="77777777" w:rsidR="00854B54" w:rsidRDefault="00000000">
      <w:pPr>
        <w:spacing w:after="100"/>
      </w:pPr>
      <w:r>
        <w:rPr>
          <w:b/>
        </w:rPr>
        <w:t>08:00</w:t>
      </w:r>
      <w:r>
        <w:t xml:space="preserve"> — сніданок.</w:t>
      </w:r>
    </w:p>
    <w:p w14:paraId="18BD9765" w14:textId="77777777" w:rsidR="00854B54" w:rsidRDefault="00000000">
      <w:pPr>
        <w:pStyle w:val="a0"/>
        <w:spacing w:after="40"/>
      </w:pPr>
      <w:r>
        <w:t>Виселення з Northern Lights Village.</w:t>
      </w:r>
    </w:p>
    <w:p w14:paraId="3C65ACF9" w14:textId="77777777" w:rsidR="00854B54" w:rsidRDefault="00000000">
      <w:pPr>
        <w:pStyle w:val="a0"/>
        <w:spacing w:after="40"/>
      </w:pPr>
      <w:r>
        <w:t>Трансфер до Леві.</w:t>
      </w:r>
    </w:p>
    <w:p w14:paraId="23A9978A" w14:textId="77777777" w:rsidR="00854B54" w:rsidRDefault="00000000">
      <w:pPr>
        <w:spacing w:after="100"/>
      </w:pPr>
      <w:r>
        <w:rPr>
          <w:b/>
        </w:rPr>
        <w:t>09:30</w:t>
      </w:r>
      <w:r>
        <w:t xml:space="preserve"> — відвідування розплідника хаскі (Husky Kennel).</w:t>
      </w:r>
    </w:p>
    <w:p w14:paraId="3C273CC2" w14:textId="77777777" w:rsidR="00854B54" w:rsidRDefault="00000000">
      <w:pPr>
        <w:spacing w:after="100"/>
      </w:pPr>
      <w:r>
        <w:rPr>
          <w:b/>
        </w:rPr>
        <w:t>12:00</w:t>
      </w:r>
      <w:r>
        <w:t xml:space="preserve"> — обід.</w:t>
      </w:r>
    </w:p>
    <w:p w14:paraId="4852BE16" w14:textId="77777777" w:rsidR="00854B54" w:rsidRDefault="00000000">
      <w:pPr>
        <w:spacing w:after="100"/>
      </w:pPr>
      <w:r>
        <w:t>Відвідування Elves Village — Селища ельфів.</w:t>
      </w:r>
    </w:p>
    <w:p w14:paraId="29532324" w14:textId="77777777" w:rsidR="00854B54" w:rsidRPr="004145D6" w:rsidRDefault="00000000">
      <w:pPr>
        <w:spacing w:after="100"/>
        <w:rPr>
          <w:lang w:val="ru-RU"/>
        </w:rPr>
      </w:pPr>
      <w:r>
        <w:t>Elves</w:t>
      </w:r>
      <w:r w:rsidRPr="004145D6">
        <w:rPr>
          <w:lang w:val="ru-RU"/>
        </w:rPr>
        <w:t xml:space="preserve"> </w:t>
      </w:r>
      <w:r>
        <w:t>Village</w:t>
      </w:r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знаходиться</w:t>
      </w:r>
      <w:proofErr w:type="spellEnd"/>
      <w:r w:rsidRPr="004145D6">
        <w:rPr>
          <w:lang w:val="ru-RU"/>
        </w:rPr>
        <w:t xml:space="preserve"> в невеликому </w:t>
      </w:r>
      <w:proofErr w:type="spellStart"/>
      <w:r w:rsidRPr="004145D6">
        <w:rPr>
          <w:lang w:val="ru-RU"/>
        </w:rPr>
        <w:t>селищі</w:t>
      </w:r>
      <w:proofErr w:type="spellEnd"/>
      <w:r w:rsidRPr="004145D6">
        <w:rPr>
          <w:lang w:val="ru-RU"/>
        </w:rPr>
        <w:t xml:space="preserve"> </w:t>
      </w:r>
      <w:r>
        <w:t>K</w:t>
      </w:r>
      <w:r w:rsidRPr="004145D6">
        <w:rPr>
          <w:lang w:val="ru-RU"/>
        </w:rPr>
        <w:t>ö</w:t>
      </w:r>
      <w:r>
        <w:t>ng</w:t>
      </w:r>
      <w:r w:rsidRPr="004145D6">
        <w:rPr>
          <w:lang w:val="ru-RU"/>
        </w:rPr>
        <w:t>ä</w:t>
      </w:r>
      <w:r>
        <w:t>s</w:t>
      </w:r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приблизно</w:t>
      </w:r>
      <w:proofErr w:type="spellEnd"/>
      <w:r w:rsidRPr="004145D6">
        <w:rPr>
          <w:lang w:val="ru-RU"/>
        </w:rPr>
        <w:t xml:space="preserve"> за 10 </w:t>
      </w:r>
      <w:proofErr w:type="spellStart"/>
      <w:r w:rsidRPr="004145D6">
        <w:rPr>
          <w:lang w:val="ru-RU"/>
        </w:rPr>
        <w:t>хвилин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від</w:t>
      </w:r>
      <w:proofErr w:type="spellEnd"/>
      <w:r w:rsidRPr="004145D6">
        <w:rPr>
          <w:lang w:val="ru-RU"/>
        </w:rPr>
        <w:t xml:space="preserve"> центру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 xml:space="preserve">. Тут є </w:t>
      </w:r>
      <w:proofErr w:type="spellStart"/>
      <w:r w:rsidRPr="004145D6">
        <w:rPr>
          <w:lang w:val="ru-RU"/>
        </w:rPr>
        <w:t>об'єкти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розміщення</w:t>
      </w:r>
      <w:proofErr w:type="spellEnd"/>
      <w:r w:rsidRPr="004145D6">
        <w:rPr>
          <w:lang w:val="ru-RU"/>
        </w:rPr>
        <w:t xml:space="preserve">, ресторан, </w:t>
      </w:r>
      <w:proofErr w:type="spellStart"/>
      <w:r w:rsidRPr="004145D6">
        <w:rPr>
          <w:lang w:val="ru-RU"/>
        </w:rPr>
        <w:t>візит</w:t>
      </w:r>
      <w:proofErr w:type="spellEnd"/>
      <w:r w:rsidRPr="004145D6">
        <w:rPr>
          <w:lang w:val="ru-RU"/>
        </w:rPr>
        <w:t xml:space="preserve">-центр </w:t>
      </w:r>
      <w:proofErr w:type="spellStart"/>
      <w:r w:rsidRPr="004145D6">
        <w:rPr>
          <w:lang w:val="ru-RU"/>
        </w:rPr>
        <w:t>із</w:t>
      </w:r>
      <w:proofErr w:type="spellEnd"/>
      <w:r w:rsidRPr="004145D6">
        <w:rPr>
          <w:lang w:val="ru-RU"/>
        </w:rPr>
        <w:t xml:space="preserve"> кафе та </w:t>
      </w:r>
      <w:proofErr w:type="spellStart"/>
      <w:r w:rsidRPr="004145D6">
        <w:rPr>
          <w:lang w:val="ru-RU"/>
        </w:rPr>
        <w:t>сувенірним</w:t>
      </w:r>
      <w:proofErr w:type="spellEnd"/>
      <w:r w:rsidRPr="004145D6">
        <w:rPr>
          <w:lang w:val="ru-RU"/>
        </w:rPr>
        <w:t xml:space="preserve"> магазином, </w:t>
      </w:r>
      <w:proofErr w:type="spellStart"/>
      <w:r w:rsidRPr="004145D6">
        <w:rPr>
          <w:lang w:val="ru-RU"/>
        </w:rPr>
        <w:t>зустрічі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із</w:t>
      </w:r>
      <w:proofErr w:type="spellEnd"/>
      <w:r w:rsidRPr="004145D6">
        <w:rPr>
          <w:lang w:val="ru-RU"/>
        </w:rPr>
        <w:t xml:space="preserve"> Санта-Клаусом та </w:t>
      </w:r>
      <w:r>
        <w:t>Elves</w:t>
      </w:r>
      <w:r w:rsidRPr="004145D6">
        <w:rPr>
          <w:lang w:val="ru-RU"/>
        </w:rPr>
        <w:t xml:space="preserve">’ </w:t>
      </w:r>
      <w:r>
        <w:t>Hideaway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казковий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лісовий</w:t>
      </w:r>
      <w:proofErr w:type="spellEnd"/>
      <w:r w:rsidRPr="004145D6">
        <w:rPr>
          <w:lang w:val="ru-RU"/>
        </w:rPr>
        <w:t xml:space="preserve"> парк, </w:t>
      </w:r>
      <w:proofErr w:type="spellStart"/>
      <w:r w:rsidRPr="004145D6">
        <w:rPr>
          <w:lang w:val="ru-RU"/>
        </w:rPr>
        <w:t>присвячений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світу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ельфів</w:t>
      </w:r>
      <w:proofErr w:type="spellEnd"/>
      <w:r w:rsidRPr="004145D6">
        <w:rPr>
          <w:lang w:val="ru-RU"/>
        </w:rPr>
        <w:t>.</w:t>
      </w:r>
    </w:p>
    <w:p w14:paraId="7577EB0D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16:00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заселення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інспекція</w:t>
      </w:r>
      <w:proofErr w:type="spellEnd"/>
      <w:r w:rsidRPr="004145D6">
        <w:rPr>
          <w:lang w:val="ru-RU"/>
        </w:rPr>
        <w:t xml:space="preserve"> </w:t>
      </w:r>
      <w:r>
        <w:t>Hotel</w:t>
      </w:r>
      <w:r w:rsidRPr="004145D6">
        <w:rPr>
          <w:lang w:val="ru-RU"/>
        </w:rPr>
        <w:t xml:space="preserve"> </w:t>
      </w:r>
      <w:proofErr w:type="spellStart"/>
      <w:r>
        <w:t>Hullu</w:t>
      </w:r>
      <w:proofErr w:type="spellEnd"/>
      <w:r w:rsidRPr="004145D6">
        <w:rPr>
          <w:lang w:val="ru-RU"/>
        </w:rPr>
        <w:t xml:space="preserve"> </w:t>
      </w:r>
      <w:r>
        <w:t>Poro</w:t>
      </w:r>
      <w:r w:rsidRPr="004145D6">
        <w:rPr>
          <w:lang w:val="ru-RU"/>
        </w:rPr>
        <w:t>.</w:t>
      </w:r>
    </w:p>
    <w:p w14:paraId="14813CCC" w14:textId="77777777" w:rsidR="00854B54" w:rsidRPr="004145D6" w:rsidRDefault="00000000">
      <w:pPr>
        <w:spacing w:after="100"/>
        <w:rPr>
          <w:lang w:val="ru-RU"/>
        </w:rPr>
      </w:pPr>
      <w:proofErr w:type="spellStart"/>
      <w:r w:rsidRPr="004145D6">
        <w:rPr>
          <w:lang w:val="ru-RU"/>
        </w:rPr>
        <w:t>Це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сімейний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готель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із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давніми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традиціями</w:t>
      </w:r>
      <w:proofErr w:type="spellEnd"/>
      <w:r w:rsidRPr="004145D6">
        <w:rPr>
          <w:lang w:val="ru-RU"/>
        </w:rPr>
        <w:t xml:space="preserve"> в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 xml:space="preserve">. </w:t>
      </w:r>
      <w:proofErr w:type="spellStart"/>
      <w:r w:rsidRPr="004145D6">
        <w:rPr>
          <w:lang w:val="ru-RU"/>
        </w:rPr>
        <w:t>Готель</w:t>
      </w:r>
      <w:proofErr w:type="spellEnd"/>
      <w:r w:rsidRPr="004145D6">
        <w:rPr>
          <w:lang w:val="ru-RU"/>
        </w:rPr>
        <w:t xml:space="preserve"> входить до </w:t>
      </w:r>
      <w:proofErr w:type="spellStart"/>
      <w:r w:rsidRPr="004145D6">
        <w:rPr>
          <w:lang w:val="ru-RU"/>
        </w:rPr>
        <w:t>тієї</w:t>
      </w:r>
      <w:proofErr w:type="spellEnd"/>
      <w:r w:rsidRPr="004145D6">
        <w:rPr>
          <w:lang w:val="ru-RU"/>
        </w:rPr>
        <w:t xml:space="preserve"> ж </w:t>
      </w:r>
      <w:proofErr w:type="spellStart"/>
      <w:r w:rsidRPr="004145D6">
        <w:rPr>
          <w:lang w:val="ru-RU"/>
        </w:rPr>
        <w:t>компанії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що</w:t>
      </w:r>
      <w:proofErr w:type="spellEnd"/>
      <w:r w:rsidRPr="004145D6">
        <w:rPr>
          <w:lang w:val="ru-RU"/>
        </w:rPr>
        <w:t xml:space="preserve"> й </w:t>
      </w:r>
      <w:r>
        <w:t>Elves</w:t>
      </w:r>
      <w:r w:rsidRPr="004145D6">
        <w:rPr>
          <w:lang w:val="ru-RU"/>
        </w:rPr>
        <w:t xml:space="preserve"> </w:t>
      </w:r>
      <w:r>
        <w:t>Village</w:t>
      </w:r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якій</w:t>
      </w:r>
      <w:proofErr w:type="spellEnd"/>
      <w:r w:rsidRPr="004145D6">
        <w:rPr>
          <w:lang w:val="ru-RU"/>
        </w:rPr>
        <w:t xml:space="preserve"> також належать </w:t>
      </w:r>
      <w:proofErr w:type="spellStart"/>
      <w:r w:rsidRPr="004145D6">
        <w:rPr>
          <w:lang w:val="ru-RU"/>
        </w:rPr>
        <w:t>декілька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ресторанів</w:t>
      </w:r>
      <w:proofErr w:type="spellEnd"/>
      <w:r w:rsidRPr="004145D6">
        <w:rPr>
          <w:lang w:val="ru-RU"/>
        </w:rPr>
        <w:t xml:space="preserve"> у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>.</w:t>
      </w:r>
    </w:p>
    <w:p w14:paraId="3D062751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18:00</w:t>
      </w:r>
      <w:r w:rsidRPr="004145D6">
        <w:rPr>
          <w:lang w:val="ru-RU"/>
        </w:rPr>
        <w:t xml:space="preserve"> — вечеря в </w:t>
      </w:r>
      <w:proofErr w:type="spellStart"/>
      <w:r w:rsidRPr="004145D6">
        <w:rPr>
          <w:lang w:val="ru-RU"/>
        </w:rPr>
        <w:t>готелі</w:t>
      </w:r>
      <w:proofErr w:type="spellEnd"/>
      <w:r w:rsidRPr="004145D6">
        <w:rPr>
          <w:lang w:val="ru-RU"/>
        </w:rPr>
        <w:t>.</w:t>
      </w:r>
    </w:p>
    <w:p w14:paraId="301F13A9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20:30</w:t>
      </w:r>
      <w:r w:rsidRPr="004145D6">
        <w:rPr>
          <w:lang w:val="ru-RU"/>
        </w:rPr>
        <w:t xml:space="preserve"> — </w:t>
      </w:r>
      <w:r>
        <w:t>Northern</w:t>
      </w:r>
      <w:r w:rsidRPr="004145D6">
        <w:rPr>
          <w:lang w:val="ru-RU"/>
        </w:rPr>
        <w:t xml:space="preserve"> </w:t>
      </w:r>
      <w:r>
        <w:t>Lights</w:t>
      </w:r>
      <w:r w:rsidRPr="004145D6">
        <w:rPr>
          <w:lang w:val="ru-RU"/>
        </w:rPr>
        <w:t xml:space="preserve"> </w:t>
      </w:r>
      <w:r>
        <w:t>Tour</w:t>
      </w:r>
      <w:r w:rsidRPr="004145D6">
        <w:rPr>
          <w:lang w:val="ru-RU"/>
        </w:rPr>
        <w:t xml:space="preserve"> / </w:t>
      </w:r>
      <w:r>
        <w:t>Camp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вечірня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програма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присвячена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північному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сяйву</w:t>
      </w:r>
      <w:proofErr w:type="spellEnd"/>
      <w:r w:rsidRPr="004145D6">
        <w:rPr>
          <w:lang w:val="ru-RU"/>
        </w:rPr>
        <w:t>.</w:t>
      </w:r>
    </w:p>
    <w:p w14:paraId="33420DF1" w14:textId="77777777" w:rsidR="00854B54" w:rsidRDefault="00000000">
      <w:pPr>
        <w:spacing w:after="100"/>
      </w:pPr>
      <w:proofErr w:type="spellStart"/>
      <w:r>
        <w:t>Ночівля</w:t>
      </w:r>
      <w:proofErr w:type="spellEnd"/>
      <w:r>
        <w:t xml:space="preserve"> в Hotel </w:t>
      </w:r>
      <w:proofErr w:type="spellStart"/>
      <w:r>
        <w:t>Hullu</w:t>
      </w:r>
      <w:proofErr w:type="spellEnd"/>
      <w:r>
        <w:t xml:space="preserve"> Poro.</w:t>
      </w:r>
    </w:p>
    <w:p w14:paraId="081D9E56" w14:textId="77777777" w:rsidR="00854B54" w:rsidRPr="004145D6" w:rsidRDefault="00000000">
      <w:pPr>
        <w:pStyle w:val="1"/>
        <w:rPr>
          <w:lang w:val="ru-RU"/>
        </w:rPr>
      </w:pPr>
      <w:r w:rsidRPr="004145D6">
        <w:rPr>
          <w:lang w:val="ru-RU"/>
        </w:rPr>
        <w:t>25.11 — СЕРЕДА. ДЕНЬ 3</w:t>
      </w:r>
    </w:p>
    <w:p w14:paraId="734FFD2A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08:00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сніданок</w:t>
      </w:r>
      <w:proofErr w:type="spellEnd"/>
      <w:r w:rsidRPr="004145D6">
        <w:rPr>
          <w:lang w:val="ru-RU"/>
        </w:rPr>
        <w:t>.</w:t>
      </w:r>
    </w:p>
    <w:p w14:paraId="5EB02FBD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09:30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виселення</w:t>
      </w:r>
      <w:proofErr w:type="spellEnd"/>
      <w:r w:rsidRPr="004145D6">
        <w:rPr>
          <w:lang w:val="ru-RU"/>
        </w:rPr>
        <w:t xml:space="preserve"> з </w:t>
      </w:r>
      <w:r>
        <w:t>Hotel</w:t>
      </w:r>
      <w:r w:rsidRPr="004145D6">
        <w:rPr>
          <w:lang w:val="ru-RU"/>
        </w:rPr>
        <w:t xml:space="preserve"> </w:t>
      </w:r>
      <w:proofErr w:type="spellStart"/>
      <w:r>
        <w:t>Hullu</w:t>
      </w:r>
      <w:proofErr w:type="spellEnd"/>
      <w:r w:rsidRPr="004145D6">
        <w:rPr>
          <w:lang w:val="ru-RU"/>
        </w:rPr>
        <w:t xml:space="preserve"> </w:t>
      </w:r>
      <w:r>
        <w:t>Poro</w:t>
      </w:r>
      <w:r w:rsidRPr="004145D6">
        <w:rPr>
          <w:lang w:val="ru-RU"/>
        </w:rPr>
        <w:t>.</w:t>
      </w:r>
    </w:p>
    <w:p w14:paraId="28244CB0" w14:textId="77777777" w:rsidR="00854B54" w:rsidRPr="004145D6" w:rsidRDefault="00000000">
      <w:pPr>
        <w:spacing w:after="100"/>
        <w:rPr>
          <w:lang w:val="ru-RU"/>
        </w:rPr>
      </w:pPr>
      <w:r>
        <w:t>Snowmobile</w:t>
      </w:r>
      <w:r w:rsidRPr="004145D6">
        <w:rPr>
          <w:lang w:val="ru-RU"/>
        </w:rPr>
        <w:t xml:space="preserve"> </w:t>
      </w:r>
      <w:r>
        <w:t>Tour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сафарі</w:t>
      </w:r>
      <w:proofErr w:type="spellEnd"/>
      <w:r w:rsidRPr="004145D6">
        <w:rPr>
          <w:lang w:val="ru-RU"/>
        </w:rPr>
        <w:t xml:space="preserve"> на </w:t>
      </w:r>
      <w:proofErr w:type="spellStart"/>
      <w:r w:rsidRPr="004145D6">
        <w:rPr>
          <w:lang w:val="ru-RU"/>
        </w:rPr>
        <w:t>снігоходах</w:t>
      </w:r>
      <w:proofErr w:type="spellEnd"/>
      <w:r w:rsidRPr="004145D6">
        <w:rPr>
          <w:lang w:val="ru-RU"/>
        </w:rPr>
        <w:t>.</w:t>
      </w:r>
    </w:p>
    <w:p w14:paraId="139ECC6A" w14:textId="77777777" w:rsidR="00854B54" w:rsidRDefault="00000000">
      <w:pPr>
        <w:pStyle w:val="a0"/>
        <w:spacing w:after="40"/>
      </w:pPr>
      <w:proofErr w:type="spellStart"/>
      <w:r>
        <w:t>Обід</w:t>
      </w:r>
      <w:proofErr w:type="spellEnd"/>
      <w:r>
        <w:t>.</w:t>
      </w:r>
    </w:p>
    <w:p w14:paraId="4E14B521" w14:textId="77777777" w:rsidR="00854B54" w:rsidRPr="004145D6" w:rsidRDefault="00000000">
      <w:pPr>
        <w:pStyle w:val="a0"/>
        <w:spacing w:after="40"/>
        <w:rPr>
          <w:lang w:val="ru-RU"/>
        </w:rPr>
      </w:pPr>
      <w:r w:rsidRPr="004145D6">
        <w:rPr>
          <w:lang w:val="ru-RU"/>
        </w:rPr>
        <w:t xml:space="preserve">У </w:t>
      </w:r>
      <w:proofErr w:type="spellStart"/>
      <w:r w:rsidRPr="004145D6">
        <w:rPr>
          <w:lang w:val="ru-RU"/>
        </w:rPr>
        <w:t>другій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половині</w:t>
      </w:r>
      <w:proofErr w:type="spellEnd"/>
      <w:r w:rsidRPr="004145D6">
        <w:rPr>
          <w:lang w:val="ru-RU"/>
        </w:rPr>
        <w:t xml:space="preserve"> дня — </w:t>
      </w:r>
      <w:proofErr w:type="spellStart"/>
      <w:r w:rsidRPr="004145D6">
        <w:rPr>
          <w:lang w:val="ru-RU"/>
        </w:rPr>
        <w:t>інспекції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готелів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курортів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котеджів</w:t>
      </w:r>
      <w:proofErr w:type="spellEnd"/>
      <w:r w:rsidRPr="004145D6">
        <w:rPr>
          <w:lang w:val="ru-RU"/>
        </w:rPr>
        <w:t>.</w:t>
      </w:r>
    </w:p>
    <w:p w14:paraId="0B759CCA" w14:textId="77777777" w:rsidR="00854B54" w:rsidRPr="004145D6" w:rsidRDefault="00000000">
      <w:pPr>
        <w:spacing w:after="100"/>
        <w:rPr>
          <w:lang w:val="ru-RU"/>
        </w:rPr>
      </w:pPr>
      <w:proofErr w:type="spellStart"/>
      <w:r w:rsidRPr="004145D6">
        <w:rPr>
          <w:lang w:val="ru-RU"/>
        </w:rPr>
        <w:t>Серед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можливих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об’єктів</w:t>
      </w:r>
      <w:proofErr w:type="spellEnd"/>
      <w:r w:rsidRPr="004145D6">
        <w:rPr>
          <w:lang w:val="ru-RU"/>
        </w:rPr>
        <w:t xml:space="preserve"> для </w:t>
      </w:r>
      <w:proofErr w:type="spellStart"/>
      <w:r w:rsidRPr="004145D6">
        <w:rPr>
          <w:lang w:val="ru-RU"/>
        </w:rPr>
        <w:t>відвідування</w:t>
      </w:r>
      <w:proofErr w:type="spellEnd"/>
      <w:r w:rsidRPr="004145D6">
        <w:rPr>
          <w:lang w:val="ru-RU"/>
        </w:rPr>
        <w:t>:</w:t>
      </w:r>
    </w:p>
    <w:p w14:paraId="3A0CB724" w14:textId="77777777" w:rsidR="00854B54" w:rsidRDefault="00000000">
      <w:pPr>
        <w:pStyle w:val="a0"/>
        <w:spacing w:after="40"/>
      </w:pPr>
      <w:r>
        <w:t>Reindeer Manor &amp; Arctic Circle Snowmobile Park Activity Site;</w:t>
      </w:r>
    </w:p>
    <w:p w14:paraId="14DABE0B" w14:textId="77777777" w:rsidR="00854B54" w:rsidRDefault="00000000">
      <w:pPr>
        <w:pStyle w:val="a0"/>
        <w:spacing w:after="40"/>
      </w:pPr>
      <w:r>
        <w:t>Balder Lodge;</w:t>
      </w:r>
    </w:p>
    <w:p w14:paraId="26B956EF" w14:textId="77777777" w:rsidR="00854B54" w:rsidRDefault="00000000">
      <w:pPr>
        <w:pStyle w:val="a0"/>
        <w:spacing w:after="40"/>
      </w:pPr>
      <w:r>
        <w:t>Golden Crown Levin Iglut.</w:t>
      </w:r>
    </w:p>
    <w:p w14:paraId="2F48C560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17:00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заселення</w:t>
      </w:r>
      <w:proofErr w:type="spellEnd"/>
      <w:r w:rsidRPr="004145D6">
        <w:rPr>
          <w:lang w:val="ru-RU"/>
        </w:rPr>
        <w:t xml:space="preserve"> в </w:t>
      </w:r>
      <w:r>
        <w:t>Olo</w:t>
      </w:r>
      <w:r w:rsidRPr="004145D6">
        <w:rPr>
          <w:lang w:val="ru-RU"/>
        </w:rPr>
        <w:t xml:space="preserve"> </w:t>
      </w:r>
      <w:r>
        <w:t>Resort</w:t>
      </w:r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інспекція</w:t>
      </w:r>
      <w:proofErr w:type="spellEnd"/>
      <w:r w:rsidRPr="004145D6">
        <w:rPr>
          <w:lang w:val="ru-RU"/>
        </w:rPr>
        <w:t xml:space="preserve"> комплексу.</w:t>
      </w:r>
    </w:p>
    <w:p w14:paraId="15C8B058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19:00</w:t>
      </w:r>
      <w:r w:rsidRPr="004145D6">
        <w:rPr>
          <w:lang w:val="ru-RU"/>
        </w:rPr>
        <w:t xml:space="preserve"> — вечеря.</w:t>
      </w:r>
    </w:p>
    <w:p w14:paraId="4F21E9D9" w14:textId="77777777" w:rsidR="00854B54" w:rsidRPr="004145D6" w:rsidRDefault="00000000">
      <w:pPr>
        <w:spacing w:after="100"/>
        <w:rPr>
          <w:lang w:val="ru-RU"/>
        </w:rPr>
      </w:pPr>
      <w:proofErr w:type="spellStart"/>
      <w:r w:rsidRPr="004145D6">
        <w:rPr>
          <w:lang w:val="ru-RU"/>
        </w:rPr>
        <w:t>Ночівля</w:t>
      </w:r>
      <w:proofErr w:type="spellEnd"/>
      <w:r w:rsidRPr="004145D6">
        <w:rPr>
          <w:lang w:val="ru-RU"/>
        </w:rPr>
        <w:t xml:space="preserve"> в </w:t>
      </w:r>
      <w:r>
        <w:t>Olo</w:t>
      </w:r>
      <w:r w:rsidRPr="004145D6">
        <w:rPr>
          <w:lang w:val="ru-RU"/>
        </w:rPr>
        <w:t xml:space="preserve"> </w:t>
      </w:r>
      <w:r>
        <w:t>Resort</w:t>
      </w:r>
      <w:r w:rsidRPr="004145D6">
        <w:rPr>
          <w:lang w:val="ru-RU"/>
        </w:rPr>
        <w:t>.</w:t>
      </w:r>
    </w:p>
    <w:p w14:paraId="6315076A" w14:textId="77777777" w:rsidR="00854B54" w:rsidRPr="004145D6" w:rsidRDefault="00000000">
      <w:pPr>
        <w:pStyle w:val="1"/>
        <w:rPr>
          <w:lang w:val="ru-RU"/>
        </w:rPr>
      </w:pPr>
      <w:r w:rsidRPr="004145D6">
        <w:rPr>
          <w:lang w:val="ru-RU"/>
        </w:rPr>
        <w:t>26.11 — ЧЕТВЕР. ДЕНЬ 4</w:t>
      </w:r>
    </w:p>
    <w:p w14:paraId="38CA68B1" w14:textId="77777777" w:rsidR="00854B54" w:rsidRPr="004145D6" w:rsidRDefault="00000000">
      <w:pPr>
        <w:spacing w:after="100"/>
        <w:rPr>
          <w:lang w:val="ru-RU"/>
        </w:rPr>
      </w:pPr>
      <w:r w:rsidRPr="004145D6">
        <w:rPr>
          <w:b/>
          <w:lang w:val="ru-RU"/>
        </w:rPr>
        <w:t>09:00</w:t>
      </w:r>
      <w:r w:rsidRPr="004145D6">
        <w:rPr>
          <w:lang w:val="ru-RU"/>
        </w:rPr>
        <w:t xml:space="preserve"> — </w:t>
      </w:r>
      <w:proofErr w:type="spellStart"/>
      <w:r w:rsidRPr="004145D6">
        <w:rPr>
          <w:lang w:val="ru-RU"/>
        </w:rPr>
        <w:t>сніданок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виселення</w:t>
      </w:r>
      <w:proofErr w:type="spellEnd"/>
      <w:r w:rsidRPr="004145D6">
        <w:rPr>
          <w:lang w:val="ru-RU"/>
        </w:rPr>
        <w:t>.</w:t>
      </w:r>
    </w:p>
    <w:p w14:paraId="481F1974" w14:textId="77777777" w:rsidR="00854B54" w:rsidRDefault="00000000">
      <w:pPr>
        <w:pStyle w:val="a0"/>
        <w:spacing w:after="40"/>
      </w:pPr>
      <w:proofErr w:type="spellStart"/>
      <w:r>
        <w:t>Вільна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протягом</w:t>
      </w:r>
      <w:proofErr w:type="spellEnd"/>
      <w:r>
        <w:t xml:space="preserve"> </w:t>
      </w:r>
      <w:proofErr w:type="spellStart"/>
      <w:r>
        <w:t>дня</w:t>
      </w:r>
      <w:proofErr w:type="spellEnd"/>
      <w:r>
        <w:t>.</w:t>
      </w:r>
    </w:p>
    <w:p w14:paraId="6C205818" w14:textId="77777777" w:rsidR="00854B54" w:rsidRPr="004145D6" w:rsidRDefault="00000000">
      <w:pPr>
        <w:pStyle w:val="a0"/>
        <w:spacing w:after="40"/>
        <w:rPr>
          <w:lang w:val="ru-RU"/>
        </w:rPr>
      </w:pPr>
      <w:r w:rsidRPr="004145D6">
        <w:rPr>
          <w:lang w:val="ru-RU"/>
        </w:rPr>
        <w:t xml:space="preserve">У </w:t>
      </w:r>
      <w:proofErr w:type="spellStart"/>
      <w:r w:rsidRPr="004145D6">
        <w:rPr>
          <w:lang w:val="ru-RU"/>
        </w:rPr>
        <w:t>цей</w:t>
      </w:r>
      <w:proofErr w:type="spellEnd"/>
      <w:r w:rsidRPr="004145D6">
        <w:rPr>
          <w:lang w:val="ru-RU"/>
        </w:rPr>
        <w:t xml:space="preserve"> день </w:t>
      </w:r>
      <w:proofErr w:type="spellStart"/>
      <w:r w:rsidRPr="004145D6">
        <w:rPr>
          <w:lang w:val="ru-RU"/>
        </w:rPr>
        <w:t>супровід</w:t>
      </w:r>
      <w:proofErr w:type="spellEnd"/>
      <w:r w:rsidRPr="004145D6">
        <w:rPr>
          <w:lang w:val="ru-RU"/>
        </w:rPr>
        <w:t xml:space="preserve"> з боку </w:t>
      </w:r>
      <w:r>
        <w:t>Visit</w:t>
      </w:r>
      <w:r w:rsidRPr="004145D6">
        <w:rPr>
          <w:lang w:val="ru-RU"/>
        </w:rPr>
        <w:t xml:space="preserve"> </w:t>
      </w:r>
      <w:r>
        <w:t>Levi</w:t>
      </w:r>
      <w:r w:rsidRPr="004145D6">
        <w:rPr>
          <w:lang w:val="ru-RU"/>
        </w:rPr>
        <w:t xml:space="preserve"> не </w:t>
      </w:r>
      <w:proofErr w:type="spellStart"/>
      <w:r w:rsidRPr="004145D6">
        <w:rPr>
          <w:lang w:val="ru-RU"/>
        </w:rPr>
        <w:t>передбачений</w:t>
      </w:r>
      <w:proofErr w:type="spellEnd"/>
      <w:r w:rsidRPr="004145D6">
        <w:rPr>
          <w:lang w:val="ru-RU"/>
        </w:rPr>
        <w:t>.</w:t>
      </w:r>
    </w:p>
    <w:p w14:paraId="2FE09292" w14:textId="77777777" w:rsidR="00854B54" w:rsidRDefault="00000000">
      <w:pPr>
        <w:pStyle w:val="a0"/>
        <w:spacing w:after="40"/>
      </w:pPr>
      <w:proofErr w:type="spellStart"/>
      <w:r>
        <w:t>Трансфер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аеропорту</w:t>
      </w:r>
      <w:proofErr w:type="spellEnd"/>
      <w:r>
        <w:t>.</w:t>
      </w:r>
    </w:p>
    <w:p w14:paraId="5563BCA3" w14:textId="77777777" w:rsidR="00854B54" w:rsidRDefault="00000000">
      <w:pPr>
        <w:pStyle w:val="a0"/>
        <w:spacing w:after="40"/>
      </w:pPr>
      <w:r>
        <w:t>Завершення програми.</w:t>
      </w:r>
    </w:p>
    <w:p w14:paraId="6E488BA2" w14:textId="77777777" w:rsidR="00854B54" w:rsidRDefault="00000000">
      <w:pPr>
        <w:pStyle w:val="1"/>
      </w:pPr>
      <w:r>
        <w:lastRenderedPageBreak/>
        <w:t>У ВАРТІСТЬ ВКЛЮЧЕНО</w:t>
      </w:r>
    </w:p>
    <w:p w14:paraId="7021BE8F" w14:textId="77777777" w:rsidR="00854B54" w:rsidRDefault="00000000">
      <w:pPr>
        <w:pStyle w:val="21"/>
      </w:pPr>
      <w:r>
        <w:t>Проживання:</w:t>
      </w:r>
    </w:p>
    <w:p w14:paraId="599865C4" w14:textId="77777777" w:rsidR="00854B54" w:rsidRDefault="00000000">
      <w:pPr>
        <w:pStyle w:val="a0"/>
        <w:spacing w:after="40"/>
      </w:pPr>
      <w:r>
        <w:t>22.11–23.11.2026 — Hotel Levi Panorama, HB, 1 особа / TWIN;</w:t>
      </w:r>
    </w:p>
    <w:p w14:paraId="4684E6BF" w14:textId="77777777" w:rsidR="00854B54" w:rsidRDefault="00000000">
      <w:pPr>
        <w:pStyle w:val="a0"/>
        <w:spacing w:after="40"/>
      </w:pPr>
      <w:r>
        <w:t>23.11–24.11.2026 — Northern Lights Village, HB, 1 особа / TWIN;</w:t>
      </w:r>
    </w:p>
    <w:p w14:paraId="7394FF5B" w14:textId="77777777" w:rsidR="00854B54" w:rsidRDefault="00000000">
      <w:pPr>
        <w:pStyle w:val="a0"/>
        <w:spacing w:after="40"/>
      </w:pPr>
      <w:r>
        <w:t>24.11–25.11.2026 — Hotel Hullu Poro, HB, 1 особа / TWIN;</w:t>
      </w:r>
    </w:p>
    <w:p w14:paraId="36153B53" w14:textId="77777777" w:rsidR="00854B54" w:rsidRDefault="00000000">
      <w:pPr>
        <w:pStyle w:val="a0"/>
        <w:spacing w:after="40"/>
      </w:pPr>
      <w:r>
        <w:t>25.11–26.11.2026 — Olo Resort, HB, 1 особа / SGL.</w:t>
      </w:r>
    </w:p>
    <w:p w14:paraId="67919CF7" w14:textId="77777777" w:rsidR="00854B54" w:rsidRDefault="00000000">
      <w:pPr>
        <w:pStyle w:val="21"/>
      </w:pPr>
      <w:r>
        <w:t>Додаткове харчування:</w:t>
      </w:r>
    </w:p>
    <w:p w14:paraId="583FAA50" w14:textId="77777777" w:rsidR="00854B54" w:rsidRDefault="00000000">
      <w:pPr>
        <w:pStyle w:val="a0"/>
        <w:spacing w:after="40"/>
      </w:pPr>
      <w:r>
        <w:t>23.11.2026 — обід;</w:t>
      </w:r>
    </w:p>
    <w:p w14:paraId="1D759F33" w14:textId="77777777" w:rsidR="00854B54" w:rsidRDefault="00000000">
      <w:pPr>
        <w:pStyle w:val="a0"/>
        <w:spacing w:after="40"/>
      </w:pPr>
      <w:r>
        <w:t>24.11.2026 — обід;</w:t>
      </w:r>
    </w:p>
    <w:p w14:paraId="44691CBA" w14:textId="77777777" w:rsidR="00854B54" w:rsidRDefault="00000000">
      <w:pPr>
        <w:pStyle w:val="a0"/>
        <w:spacing w:after="40"/>
      </w:pPr>
      <w:r>
        <w:t>25.11.2026 — обід.</w:t>
      </w:r>
    </w:p>
    <w:p w14:paraId="0F7FE410" w14:textId="77777777" w:rsidR="00854B54" w:rsidRDefault="00000000">
      <w:pPr>
        <w:pStyle w:val="21"/>
      </w:pPr>
      <w:r>
        <w:t>Екскурсії та активності:</w:t>
      </w:r>
    </w:p>
    <w:p w14:paraId="385D0125" w14:textId="77777777" w:rsidR="00854B54" w:rsidRDefault="00000000">
      <w:pPr>
        <w:pStyle w:val="a0"/>
        <w:spacing w:after="40"/>
      </w:pPr>
      <w:r>
        <w:t>24.11.2026 — відвідування розплідника хаскі (Husky Kennel);</w:t>
      </w:r>
    </w:p>
    <w:p w14:paraId="6301BF48" w14:textId="77777777" w:rsidR="00854B54" w:rsidRDefault="00000000">
      <w:pPr>
        <w:pStyle w:val="a0"/>
        <w:spacing w:after="40"/>
      </w:pPr>
      <w:r>
        <w:t>24.11.2026 — відвідування Elves Village — Селища ельфів;</w:t>
      </w:r>
    </w:p>
    <w:p w14:paraId="55141B00" w14:textId="77777777" w:rsidR="00854B54" w:rsidRDefault="00000000">
      <w:pPr>
        <w:pStyle w:val="a0"/>
        <w:spacing w:after="40"/>
      </w:pPr>
      <w:r>
        <w:t>24.11.2026 — Northern Lights Tour / Camp — тур за північним сяйвом;</w:t>
      </w:r>
    </w:p>
    <w:p w14:paraId="7F5CB3C6" w14:textId="77777777" w:rsidR="00854B54" w:rsidRDefault="00000000">
      <w:pPr>
        <w:pStyle w:val="a0"/>
        <w:spacing w:after="40"/>
      </w:pPr>
      <w:r>
        <w:t>25.11.2026 — Snowmobile Tour — сафарі на снігоходах.</w:t>
      </w:r>
    </w:p>
    <w:p w14:paraId="2269BEE6" w14:textId="77777777" w:rsidR="00854B54" w:rsidRDefault="00000000">
      <w:pPr>
        <w:pStyle w:val="21"/>
      </w:pPr>
      <w:r>
        <w:t>Трансфери та транспорт:</w:t>
      </w:r>
    </w:p>
    <w:p w14:paraId="4DCD3CB8" w14:textId="77777777" w:rsidR="00854B54" w:rsidRDefault="00000000">
      <w:pPr>
        <w:pStyle w:val="a0"/>
        <w:spacing w:after="40"/>
      </w:pPr>
      <w:r>
        <w:t>трансфер аеропорт — готель — аеропорт;</w:t>
      </w:r>
    </w:p>
    <w:p w14:paraId="559F3D67" w14:textId="77777777" w:rsidR="00854B54" w:rsidRPr="004145D6" w:rsidRDefault="00000000">
      <w:pPr>
        <w:pStyle w:val="a0"/>
        <w:spacing w:after="40"/>
        <w:rPr>
          <w:lang w:val="ru-RU"/>
        </w:rPr>
      </w:pPr>
      <w:proofErr w:type="spellStart"/>
      <w:r w:rsidRPr="004145D6">
        <w:rPr>
          <w:lang w:val="ru-RU"/>
        </w:rPr>
        <w:t>транспортне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супроводження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протягом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усього</w:t>
      </w:r>
      <w:proofErr w:type="spellEnd"/>
      <w:r w:rsidRPr="004145D6">
        <w:rPr>
          <w:lang w:val="ru-RU"/>
        </w:rPr>
        <w:t xml:space="preserve"> маршруту та </w:t>
      </w:r>
      <w:proofErr w:type="spellStart"/>
      <w:r w:rsidRPr="004145D6">
        <w:rPr>
          <w:lang w:val="ru-RU"/>
        </w:rPr>
        <w:t>програми</w:t>
      </w:r>
      <w:proofErr w:type="spellEnd"/>
      <w:r w:rsidRPr="004145D6">
        <w:rPr>
          <w:lang w:val="ru-RU"/>
        </w:rPr>
        <w:t xml:space="preserve"> туру.</w:t>
      </w:r>
    </w:p>
    <w:p w14:paraId="59037B19" w14:textId="77777777" w:rsidR="00854B54" w:rsidRDefault="00000000">
      <w:pPr>
        <w:pStyle w:val="21"/>
      </w:pPr>
      <w:proofErr w:type="spellStart"/>
      <w:r>
        <w:t>Професійна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>:</w:t>
      </w:r>
    </w:p>
    <w:p w14:paraId="75965063" w14:textId="77777777" w:rsidR="00854B54" w:rsidRDefault="00000000">
      <w:pPr>
        <w:pStyle w:val="a0"/>
        <w:spacing w:after="40"/>
      </w:pPr>
      <w:r>
        <w:t>інспекція Hotel Levi Panorama &amp; Event Centre Levi Summit;</w:t>
      </w:r>
    </w:p>
    <w:p w14:paraId="2296CBCB" w14:textId="77777777" w:rsidR="00854B54" w:rsidRDefault="00000000">
      <w:pPr>
        <w:pStyle w:val="a0"/>
        <w:spacing w:after="40"/>
      </w:pPr>
      <w:r>
        <w:t>інспекція Hotel K5 Levi &amp; K5 Villas;</w:t>
      </w:r>
    </w:p>
    <w:p w14:paraId="0E14FEE5" w14:textId="77777777" w:rsidR="00854B54" w:rsidRDefault="00000000">
      <w:pPr>
        <w:pStyle w:val="a0"/>
        <w:spacing w:after="40"/>
      </w:pPr>
      <w:r>
        <w:t>інспекція Design Hotel Levi;</w:t>
      </w:r>
    </w:p>
    <w:p w14:paraId="568349FE" w14:textId="77777777" w:rsidR="00854B54" w:rsidRDefault="00000000">
      <w:pPr>
        <w:pStyle w:val="a0"/>
        <w:spacing w:after="40"/>
      </w:pPr>
      <w:r>
        <w:t>інспекція Break Sokos Hotel Levi;</w:t>
      </w:r>
    </w:p>
    <w:p w14:paraId="05BA74F6" w14:textId="77777777" w:rsidR="00854B54" w:rsidRPr="004145D6" w:rsidRDefault="00000000">
      <w:pPr>
        <w:pStyle w:val="a0"/>
        <w:spacing w:after="40"/>
        <w:rPr>
          <w:lang w:val="ru-RU"/>
        </w:rPr>
      </w:pPr>
      <w:proofErr w:type="spellStart"/>
      <w:r w:rsidRPr="004145D6">
        <w:rPr>
          <w:lang w:val="ru-RU"/>
        </w:rPr>
        <w:t>знайомство</w:t>
      </w:r>
      <w:proofErr w:type="spellEnd"/>
      <w:r w:rsidRPr="004145D6">
        <w:rPr>
          <w:lang w:val="ru-RU"/>
        </w:rPr>
        <w:t xml:space="preserve"> з апартаментами в </w:t>
      </w:r>
      <w:proofErr w:type="spellStart"/>
      <w:r w:rsidRPr="004145D6">
        <w:rPr>
          <w:lang w:val="ru-RU"/>
        </w:rPr>
        <w:t>центрі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>;</w:t>
      </w:r>
    </w:p>
    <w:p w14:paraId="5D25B31E" w14:textId="77777777" w:rsidR="00854B54" w:rsidRDefault="00000000">
      <w:pPr>
        <w:pStyle w:val="a0"/>
        <w:spacing w:after="40"/>
      </w:pPr>
      <w:proofErr w:type="spellStart"/>
      <w:r>
        <w:t>презентація</w:t>
      </w:r>
      <w:proofErr w:type="spellEnd"/>
      <w:r>
        <w:t xml:space="preserve"> </w:t>
      </w:r>
      <w:proofErr w:type="spellStart"/>
      <w:r>
        <w:t>та</w:t>
      </w:r>
      <w:proofErr w:type="spellEnd"/>
      <w:r>
        <w:t xml:space="preserve"> </w:t>
      </w:r>
      <w:proofErr w:type="spellStart"/>
      <w:r>
        <w:t>інспекція</w:t>
      </w:r>
      <w:proofErr w:type="spellEnd"/>
      <w:r>
        <w:t xml:space="preserve"> Northern Lights Village;</w:t>
      </w:r>
    </w:p>
    <w:p w14:paraId="0A55771E" w14:textId="77777777" w:rsidR="00854B54" w:rsidRDefault="00000000">
      <w:pPr>
        <w:pStyle w:val="a0"/>
        <w:spacing w:after="40"/>
      </w:pPr>
      <w:r>
        <w:t>інспекція Hotel Hullu Poro;</w:t>
      </w:r>
    </w:p>
    <w:p w14:paraId="0BC77EFC" w14:textId="77777777" w:rsidR="00854B54" w:rsidRDefault="00000000">
      <w:pPr>
        <w:pStyle w:val="a0"/>
        <w:spacing w:after="40"/>
      </w:pPr>
      <w:r>
        <w:t>інспекція Olo Resort;</w:t>
      </w:r>
    </w:p>
    <w:p w14:paraId="7F5F4F27" w14:textId="77777777" w:rsidR="00854B54" w:rsidRPr="004145D6" w:rsidRDefault="00000000">
      <w:pPr>
        <w:pStyle w:val="a0"/>
        <w:spacing w:after="40"/>
        <w:rPr>
          <w:lang w:val="ru-RU"/>
        </w:rPr>
      </w:pPr>
      <w:proofErr w:type="spellStart"/>
      <w:r w:rsidRPr="004145D6">
        <w:rPr>
          <w:lang w:val="ru-RU"/>
        </w:rPr>
        <w:t>інспекції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готелів</w:t>
      </w:r>
      <w:proofErr w:type="spellEnd"/>
      <w:r w:rsidRPr="004145D6">
        <w:rPr>
          <w:lang w:val="ru-RU"/>
        </w:rPr>
        <w:t xml:space="preserve">, </w:t>
      </w:r>
      <w:proofErr w:type="spellStart"/>
      <w:r w:rsidRPr="004145D6">
        <w:rPr>
          <w:lang w:val="ru-RU"/>
        </w:rPr>
        <w:t>курортів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котеджів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відповідно</w:t>
      </w:r>
      <w:proofErr w:type="spellEnd"/>
      <w:r w:rsidRPr="004145D6">
        <w:rPr>
          <w:lang w:val="ru-RU"/>
        </w:rPr>
        <w:t xml:space="preserve"> до </w:t>
      </w:r>
      <w:proofErr w:type="spellStart"/>
      <w:r w:rsidRPr="004145D6">
        <w:rPr>
          <w:lang w:val="ru-RU"/>
        </w:rPr>
        <w:t>програми</w:t>
      </w:r>
      <w:proofErr w:type="spellEnd"/>
      <w:r w:rsidRPr="004145D6">
        <w:rPr>
          <w:lang w:val="ru-RU"/>
        </w:rPr>
        <w:t>;</w:t>
      </w:r>
    </w:p>
    <w:p w14:paraId="066C818F" w14:textId="77777777" w:rsidR="00854B54" w:rsidRPr="004145D6" w:rsidRDefault="00000000">
      <w:pPr>
        <w:pStyle w:val="a0"/>
        <w:spacing w:after="40"/>
        <w:rPr>
          <w:lang w:val="ru-RU"/>
        </w:rPr>
      </w:pPr>
      <w:proofErr w:type="spellStart"/>
      <w:r w:rsidRPr="004145D6">
        <w:rPr>
          <w:lang w:val="ru-RU"/>
        </w:rPr>
        <w:t>знайомство</w:t>
      </w:r>
      <w:proofErr w:type="spellEnd"/>
      <w:r w:rsidRPr="004145D6">
        <w:rPr>
          <w:lang w:val="ru-RU"/>
        </w:rPr>
        <w:t xml:space="preserve"> з </w:t>
      </w:r>
      <w:proofErr w:type="spellStart"/>
      <w:r w:rsidRPr="004145D6">
        <w:rPr>
          <w:lang w:val="ru-RU"/>
        </w:rPr>
        <w:t>туристичною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інфраструктурою</w:t>
      </w:r>
      <w:proofErr w:type="spellEnd"/>
      <w:r w:rsidRPr="004145D6">
        <w:rPr>
          <w:lang w:val="ru-RU"/>
        </w:rPr>
        <w:t xml:space="preserve"> та </w:t>
      </w:r>
      <w:proofErr w:type="spellStart"/>
      <w:r w:rsidRPr="004145D6">
        <w:rPr>
          <w:lang w:val="ru-RU"/>
        </w:rPr>
        <w:t>зимовими</w:t>
      </w:r>
      <w:proofErr w:type="spellEnd"/>
      <w:r w:rsidRPr="004145D6">
        <w:rPr>
          <w:lang w:val="ru-RU"/>
        </w:rPr>
        <w:t xml:space="preserve"> продуктами курорту </w:t>
      </w:r>
      <w:proofErr w:type="spellStart"/>
      <w:r w:rsidRPr="004145D6">
        <w:rPr>
          <w:lang w:val="ru-RU"/>
        </w:rPr>
        <w:t>Леві</w:t>
      </w:r>
      <w:proofErr w:type="spellEnd"/>
      <w:r w:rsidRPr="004145D6">
        <w:rPr>
          <w:lang w:val="ru-RU"/>
        </w:rPr>
        <w:t>.</w:t>
      </w:r>
    </w:p>
    <w:p w14:paraId="0BB2FE21" w14:textId="6CCD49C8" w:rsidR="00854B54" w:rsidRPr="004145D6" w:rsidRDefault="00000000">
      <w:pPr>
        <w:spacing w:before="200"/>
        <w:rPr>
          <w:lang w:val="ru-RU"/>
        </w:rPr>
      </w:pPr>
      <w:proofErr w:type="spellStart"/>
      <w:r w:rsidRPr="004145D6">
        <w:rPr>
          <w:b/>
          <w:lang w:val="ru-RU"/>
        </w:rPr>
        <w:t>Зверніть</w:t>
      </w:r>
      <w:proofErr w:type="spellEnd"/>
      <w:r w:rsidRPr="004145D6">
        <w:rPr>
          <w:b/>
          <w:lang w:val="ru-RU"/>
        </w:rPr>
        <w:t xml:space="preserve"> </w:t>
      </w:r>
      <w:proofErr w:type="spellStart"/>
      <w:r w:rsidRPr="004145D6">
        <w:rPr>
          <w:b/>
          <w:lang w:val="ru-RU"/>
        </w:rPr>
        <w:t>увагу</w:t>
      </w:r>
      <w:proofErr w:type="spellEnd"/>
      <w:r w:rsidRPr="004145D6">
        <w:rPr>
          <w:b/>
          <w:lang w:val="ru-RU"/>
        </w:rPr>
        <w:t xml:space="preserve">: </w:t>
      </w:r>
      <w:proofErr w:type="spellStart"/>
      <w:r w:rsidRPr="004145D6">
        <w:rPr>
          <w:lang w:val="ru-RU"/>
        </w:rPr>
        <w:t>фінальна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програма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може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коригуватися</w:t>
      </w:r>
      <w:proofErr w:type="spellEnd"/>
      <w:r w:rsidRPr="004145D6">
        <w:rPr>
          <w:lang w:val="ru-RU"/>
        </w:rPr>
        <w:t xml:space="preserve"> </w:t>
      </w:r>
      <w:proofErr w:type="spellStart"/>
      <w:r w:rsidRPr="004145D6">
        <w:rPr>
          <w:lang w:val="ru-RU"/>
        </w:rPr>
        <w:t>приймаючою</w:t>
      </w:r>
      <w:proofErr w:type="spellEnd"/>
      <w:r w:rsidRPr="004145D6">
        <w:rPr>
          <w:lang w:val="ru-RU"/>
        </w:rPr>
        <w:t xml:space="preserve"> стороною.</w:t>
      </w:r>
    </w:p>
    <w:sectPr w:rsidR="00854B54" w:rsidRPr="004145D6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0413351">
    <w:abstractNumId w:val="8"/>
  </w:num>
  <w:num w:numId="2" w16cid:durableId="1730880411">
    <w:abstractNumId w:val="6"/>
  </w:num>
  <w:num w:numId="3" w16cid:durableId="152725787">
    <w:abstractNumId w:val="5"/>
  </w:num>
  <w:num w:numId="4" w16cid:durableId="1856571862">
    <w:abstractNumId w:val="4"/>
  </w:num>
  <w:num w:numId="5" w16cid:durableId="1198928054">
    <w:abstractNumId w:val="7"/>
  </w:num>
  <w:num w:numId="6" w16cid:durableId="1947618746">
    <w:abstractNumId w:val="3"/>
  </w:num>
  <w:num w:numId="7" w16cid:durableId="887571787">
    <w:abstractNumId w:val="2"/>
  </w:num>
  <w:num w:numId="8" w16cid:durableId="1453017530">
    <w:abstractNumId w:val="1"/>
  </w:num>
  <w:num w:numId="9" w16cid:durableId="119696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A39"/>
    <w:rsid w:val="0029639D"/>
    <w:rsid w:val="00326F90"/>
    <w:rsid w:val="004145D6"/>
    <w:rsid w:val="00854B54"/>
    <w:rsid w:val="00AA1D8D"/>
    <w:rsid w:val="00B47730"/>
    <w:rsid w:val="00CB0664"/>
    <w:rsid w:val="00E15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736314"/>
  <w14:defaultImageDpi w14:val="300"/>
  <w15:docId w15:val="{EF33220A-EA64-49B9-8687-BE1CC7C0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D70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4B7D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93D7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Ольга Олексієнко</cp:lastModifiedBy>
  <cp:revision>3</cp:revision>
  <dcterms:created xsi:type="dcterms:W3CDTF">2026-09-25T16:01:00Z</dcterms:created>
  <dcterms:modified xsi:type="dcterms:W3CDTF">2026-09-25T16:02:00Z</dcterms:modified>
  <cp:category/>
</cp:coreProperties>
</file>